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7E111" w14:textId="77777777" w:rsidR="00F93471" w:rsidRDefault="00D87B0E">
      <w:pPr>
        <w:jc w:val="center"/>
      </w:pPr>
      <w:r>
        <w:rPr>
          <w:b/>
          <w:sz w:val="32"/>
        </w:rPr>
        <w:t>ÓRALEMONDÁSI SZABÁLYZAT</w:t>
      </w:r>
    </w:p>
    <w:p w14:paraId="5CA1EE90" w14:textId="526F9784" w:rsidR="00F93471" w:rsidRDefault="00D87B0E">
      <w:pPr>
        <w:jc w:val="center"/>
      </w:pPr>
      <w:r>
        <w:rPr>
          <w:i/>
          <w:sz w:val="20"/>
        </w:rPr>
        <w:t xml:space="preserve">Beszéd Utcza </w:t>
      </w:r>
    </w:p>
    <w:p w14:paraId="4B49FCA7" w14:textId="77777777" w:rsidR="00F93471" w:rsidRDefault="00D87B0E">
      <w:r>
        <w:t xml:space="preserve">Hatályos: 2026. </w:t>
      </w:r>
      <w:proofErr w:type="spellStart"/>
      <w:r>
        <w:t>szeptember</w:t>
      </w:r>
      <w:proofErr w:type="spellEnd"/>
      <w:r>
        <w:t xml:space="preserve"> 6.</w:t>
      </w:r>
    </w:p>
    <w:p w14:paraId="43438672" w14:textId="6175618C" w:rsidR="007F020D" w:rsidRDefault="007F020D">
      <w:r w:rsidRPr="007F020D">
        <w:t xml:space="preserve">A 2026. </w:t>
      </w:r>
      <w:proofErr w:type="spellStart"/>
      <w:r w:rsidRPr="007F020D">
        <w:t>május</w:t>
      </w:r>
      <w:proofErr w:type="spellEnd"/>
      <w:r w:rsidRPr="007F020D">
        <w:t xml:space="preserve"> 1-jén </w:t>
      </w:r>
      <w:proofErr w:type="spellStart"/>
      <w:r w:rsidRPr="007F020D">
        <w:t>hatályba</w:t>
      </w:r>
      <w:proofErr w:type="spellEnd"/>
      <w:r w:rsidRPr="007F020D">
        <w:t xml:space="preserve"> </w:t>
      </w:r>
      <w:proofErr w:type="spellStart"/>
      <w:r w:rsidRPr="007F020D">
        <w:t>lépett</w:t>
      </w:r>
      <w:proofErr w:type="spellEnd"/>
      <w:r w:rsidRPr="007F020D">
        <w:t xml:space="preserve"> </w:t>
      </w:r>
      <w:proofErr w:type="spellStart"/>
      <w:r w:rsidRPr="007F020D">
        <w:t>Óralemondási</w:t>
      </w:r>
      <w:proofErr w:type="spellEnd"/>
      <w:r w:rsidRPr="007F020D">
        <w:t xml:space="preserve"> Szabályzat </w:t>
      </w:r>
      <w:proofErr w:type="spellStart"/>
      <w:r w:rsidRPr="007F020D">
        <w:t>helyébe</w:t>
      </w:r>
      <w:proofErr w:type="spellEnd"/>
      <w:r w:rsidRPr="007F020D">
        <w:t xml:space="preserve"> </w:t>
      </w:r>
      <w:proofErr w:type="spellStart"/>
      <w:r w:rsidRPr="007F020D">
        <w:t>lép</w:t>
      </w:r>
      <w:proofErr w:type="spellEnd"/>
      <w:r w:rsidRPr="007F020D">
        <w:t>.</w:t>
      </w:r>
    </w:p>
    <w:p w14:paraId="75578431" w14:textId="77777777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1. A szabályzat célja és hatálya</w:t>
      </w:r>
    </w:p>
    <w:p w14:paraId="2E1C3199" w14:textId="0DFE01BF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1.1.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Jelen Óralemondási Szabályzat (a továbbiakban: Szabályzat) célja, hogy egyértelműen meghatározza a lefoglalt foglalkozások lemondásának, módosításának, valamint a késedelmes lemondásnak és a meg nem jelenésnek a szabályait.</w:t>
      </w:r>
    </w:p>
    <w:p w14:paraId="58047B47" w14:textId="75EEE996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1.2.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Szabályzat az egyéni foglalkozásokra, valamint a bérletes rendszerben igénybe vett foglalkozásokra egyaránt alkalmazandó, azzal, hogy a bérletes szolgáltatásokra a jelen Szabályzat 5. pontjában foglalt különös szabályok irányadóak.</w:t>
      </w:r>
    </w:p>
    <w:p w14:paraId="21D94EA2" w14:textId="107224F7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1.3.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Szabályzat az Általános Szerződési Feltételekkel (ÁSZF), az egyedi szolgáltatási szerződéssel és a Házirenddel együtt értelmezendő.</w:t>
      </w:r>
    </w:p>
    <w:p w14:paraId="2BCC762D" w14:textId="6DD38C30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1.4.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jelen Szabályzat egyetlen rendelkezése sem korlátozhatja a Megrendelőt jogszabály alapján megillető fogyasztói, elállási, felmondási vagy egyéb jogainak gyakorlásában.</w:t>
      </w:r>
    </w:p>
    <w:p w14:paraId="48B09B32" w14:textId="77777777" w:rsidR="003824A5" w:rsidRPr="00731DC7" w:rsidRDefault="003824A5" w:rsidP="00731DC7">
      <w:pPr>
        <w:jc w:val="both"/>
        <w:rPr>
          <w:b/>
          <w:bCs/>
          <w:sz w:val="22"/>
          <w:lang w:val="hu-HU"/>
        </w:rPr>
      </w:pPr>
    </w:p>
    <w:p w14:paraId="38E4D292" w14:textId="45076B6A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2. A lemondás és időpont-módosítás közlése</w:t>
      </w:r>
    </w:p>
    <w:p w14:paraId="642CBF2A" w14:textId="6962429E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2.1.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lefoglalt foglalkozás lemondása vagy időpontjának módosítása kizárólag az alábbi elérhetőségek egyikén közölhető:</w:t>
      </w:r>
    </w:p>
    <w:p w14:paraId="23AE8913" w14:textId="77777777" w:rsidR="007F020D" w:rsidRPr="00731DC7" w:rsidRDefault="007F020D" w:rsidP="00731DC7">
      <w:pPr>
        <w:rPr>
          <w:sz w:val="22"/>
          <w:lang w:val="hu-HU"/>
        </w:rPr>
      </w:pPr>
      <w:r w:rsidRPr="00731DC7">
        <w:rPr>
          <w:b/>
          <w:bCs/>
          <w:sz w:val="22"/>
          <w:lang w:val="hu-HU"/>
        </w:rPr>
        <w:t>E-mail:</w:t>
      </w:r>
      <w:r w:rsidRPr="00731DC7">
        <w:rPr>
          <w:sz w:val="22"/>
          <w:lang w:val="hu-HU"/>
        </w:rPr>
        <w:t xml:space="preserve"> </w:t>
      </w:r>
      <w:hyperlink r:id="rId6" w:history="1">
        <w:r w:rsidRPr="00731DC7">
          <w:rPr>
            <w:rStyle w:val="Hiperhivatkozs"/>
            <w:sz w:val="22"/>
            <w:lang w:val="hu-HU"/>
          </w:rPr>
          <w:t>info@beszedutcza.hu</w:t>
        </w:r>
      </w:hyperlink>
      <w:r w:rsidRPr="00731DC7">
        <w:rPr>
          <w:sz w:val="22"/>
          <w:lang w:val="hu-HU"/>
        </w:rPr>
        <w:br/>
      </w:r>
      <w:r w:rsidRPr="00731DC7">
        <w:rPr>
          <w:b/>
          <w:bCs/>
          <w:sz w:val="22"/>
          <w:lang w:val="hu-HU"/>
        </w:rPr>
        <w:t>SMS:</w:t>
      </w:r>
      <w:r w:rsidRPr="00731DC7">
        <w:rPr>
          <w:sz w:val="22"/>
          <w:lang w:val="hu-HU"/>
        </w:rPr>
        <w:t xml:space="preserve"> +36 30 144 9290</w:t>
      </w:r>
    </w:p>
    <w:p w14:paraId="55923E15" w14:textId="4069A3BF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2.2.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lemondás vagy módosítás szempontjából a közlés időpontja az az időpont, amikor az e-mail a Szolgáltató elektronikus levelezési rendszerébe megérkezik, illetve SMS esetén az az időpont, amikor az SMS a Szolgáltató telefonjára megérkezik.</w:t>
      </w:r>
    </w:p>
    <w:p w14:paraId="386429A6" w14:textId="3207419E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2.3.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lemondás érvényességéhez a Szolgáltató külön visszaigazolása nem szükséges.</w:t>
      </w:r>
    </w:p>
    <w:p w14:paraId="5E160519" w14:textId="4A061B3E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2.4.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Szolgáltató a beérkezett lemondást vagy módosítást saját nyilvántartásában rögzítheti.</w:t>
      </w:r>
    </w:p>
    <w:p w14:paraId="46D8A555" w14:textId="1A25716B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2.5.</w:t>
      </w:r>
      <w:r w:rsidR="003824A5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közlésnek egyértelműen azonosíthatónak kell lennie. A lemondás vagy módosítás során kérjük megadni legalább a gyermek nevét és a lefoglalt foglalkozás időpontját.</w:t>
      </w:r>
    </w:p>
    <w:p w14:paraId="755E9D49" w14:textId="77777777" w:rsidR="003824A5" w:rsidRPr="00731DC7" w:rsidRDefault="003824A5" w:rsidP="00731DC7">
      <w:pPr>
        <w:jc w:val="both"/>
        <w:rPr>
          <w:b/>
          <w:bCs/>
          <w:sz w:val="22"/>
          <w:lang w:val="hu-HU"/>
        </w:rPr>
      </w:pPr>
    </w:p>
    <w:p w14:paraId="22CFD56D" w14:textId="77777777" w:rsidR="003824A5" w:rsidRPr="00731DC7" w:rsidRDefault="003824A5" w:rsidP="00731DC7">
      <w:pPr>
        <w:jc w:val="both"/>
        <w:rPr>
          <w:b/>
          <w:bCs/>
          <w:sz w:val="22"/>
          <w:lang w:val="hu-HU"/>
        </w:rPr>
      </w:pPr>
    </w:p>
    <w:p w14:paraId="74640C71" w14:textId="77777777" w:rsidR="003824A5" w:rsidRPr="00731DC7" w:rsidRDefault="003824A5" w:rsidP="00731DC7">
      <w:pPr>
        <w:jc w:val="both"/>
        <w:rPr>
          <w:b/>
          <w:bCs/>
          <w:sz w:val="22"/>
          <w:lang w:val="hu-HU"/>
        </w:rPr>
      </w:pPr>
    </w:p>
    <w:p w14:paraId="192A7654" w14:textId="77777777" w:rsidR="003824A5" w:rsidRPr="00731DC7" w:rsidRDefault="003824A5" w:rsidP="00731DC7">
      <w:pPr>
        <w:jc w:val="both"/>
        <w:rPr>
          <w:b/>
          <w:bCs/>
          <w:sz w:val="22"/>
          <w:lang w:val="hu-HU"/>
        </w:rPr>
      </w:pPr>
    </w:p>
    <w:p w14:paraId="6BFBB704" w14:textId="3D3E46AF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3. Díjmentes lemondás és időpont-módosítás</w:t>
      </w:r>
    </w:p>
    <w:p w14:paraId="170C84E6" w14:textId="6C57E11A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3.1.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A lefoglalt foglalkozás a foglalkozást megelőző nap </w:t>
      </w:r>
      <w:r w:rsidRPr="00731DC7">
        <w:rPr>
          <w:b/>
          <w:bCs/>
          <w:sz w:val="22"/>
          <w:lang w:val="hu-HU"/>
        </w:rPr>
        <w:t>20:00 óráig díjmentesen lemondható vagy módosítható</w:t>
      </w:r>
      <w:r w:rsidRPr="00731DC7">
        <w:rPr>
          <w:sz w:val="22"/>
          <w:lang w:val="hu-HU"/>
        </w:rPr>
        <w:t>.</w:t>
      </w:r>
    </w:p>
    <w:p w14:paraId="4DEE66AC" w14:textId="4D6CB3E2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3.2.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határidőben közölt lemondás esetén a Szolgáltató lemondási díjat nem számít fel.</w:t>
      </w:r>
    </w:p>
    <w:p w14:paraId="00B9482E" w14:textId="5A932AD7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3.3.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határidőben lemondott alkalom – amennyiben az egyedi szolgáltatás vagy bérlet feltételei alapján erre lehetőség van – másik időpontra egyeztethető. A bérletes szolgáltatásokra a jelen Szabályzat 5. pontjában foglalt különös rendelkezések vonatkoznak.</w:t>
      </w:r>
    </w:p>
    <w:p w14:paraId="07284C96" w14:textId="77777777" w:rsidR="00683479" w:rsidRPr="00731DC7" w:rsidRDefault="00683479" w:rsidP="00731DC7">
      <w:pPr>
        <w:jc w:val="both"/>
        <w:rPr>
          <w:b/>
          <w:bCs/>
          <w:sz w:val="22"/>
          <w:lang w:val="hu-HU"/>
        </w:rPr>
      </w:pPr>
    </w:p>
    <w:p w14:paraId="6D5563C1" w14:textId="0A80B83A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 Alkalmi, foglalkozásonként fizetett szolgáltatás lemondása</w:t>
      </w:r>
    </w:p>
    <w:p w14:paraId="707AB7CF" w14:textId="2A7E19F6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4.1.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Az alkalmi, foglalkozásonként fizetett szolgáltatás esetén a foglalkozást megelőző nap 20:00 órája után közölt lemondás </w:t>
      </w:r>
      <w:r w:rsidRPr="00731DC7">
        <w:rPr>
          <w:b/>
          <w:bCs/>
          <w:sz w:val="22"/>
          <w:lang w:val="hu-HU"/>
        </w:rPr>
        <w:t>késedelmes lemondásnak</w:t>
      </w:r>
      <w:r w:rsidRPr="00731DC7">
        <w:rPr>
          <w:sz w:val="22"/>
          <w:lang w:val="hu-HU"/>
        </w:rPr>
        <w:t xml:space="preserve"> minősül.</w:t>
      </w:r>
    </w:p>
    <w:p w14:paraId="74610BC4" w14:textId="3FC3115B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4.2.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Késedelmes lemondás esetén a Szolgáltató az adott foglalkozás díjának </w:t>
      </w:r>
      <w:r w:rsidRPr="00731DC7">
        <w:rPr>
          <w:b/>
          <w:bCs/>
          <w:sz w:val="22"/>
          <w:lang w:val="hu-HU"/>
        </w:rPr>
        <w:t>50%-</w:t>
      </w:r>
      <w:proofErr w:type="spellStart"/>
      <w:r w:rsidRPr="00731DC7">
        <w:rPr>
          <w:b/>
          <w:bCs/>
          <w:sz w:val="22"/>
          <w:lang w:val="hu-HU"/>
        </w:rPr>
        <w:t>ával</w:t>
      </w:r>
      <w:proofErr w:type="spellEnd"/>
      <w:r w:rsidRPr="00731DC7">
        <w:rPr>
          <w:b/>
          <w:bCs/>
          <w:sz w:val="22"/>
          <w:lang w:val="hu-HU"/>
        </w:rPr>
        <w:t xml:space="preserve"> megegyező lemondási díjat</w:t>
      </w:r>
      <w:r w:rsidRPr="00731DC7">
        <w:rPr>
          <w:sz w:val="22"/>
          <w:lang w:val="hu-HU"/>
        </w:rPr>
        <w:t xml:space="preserve"> számíthat fel.</w:t>
      </w:r>
    </w:p>
    <w:p w14:paraId="7DCBEEDF" w14:textId="6E374468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4.3.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Amennyiben a Megrendelő a lefoglalt foglalkozáson nem jelenik meg, és előzetesen sem mondta le azt, </w:t>
      </w:r>
      <w:r w:rsidRPr="00731DC7">
        <w:rPr>
          <w:b/>
          <w:bCs/>
          <w:sz w:val="22"/>
          <w:lang w:val="hu-HU"/>
        </w:rPr>
        <w:t>meg nem jelenésnek (no-show)</w:t>
      </w:r>
      <w:r w:rsidRPr="00731DC7">
        <w:rPr>
          <w:sz w:val="22"/>
          <w:lang w:val="hu-HU"/>
        </w:rPr>
        <w:t xml:space="preserve"> minősül.</w:t>
      </w:r>
    </w:p>
    <w:p w14:paraId="45A1E18D" w14:textId="36449936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4.4.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Meg nem jelenés esetén a Szolgáltató az adott foglalkozás díjának </w:t>
      </w:r>
      <w:r w:rsidRPr="00731DC7">
        <w:rPr>
          <w:b/>
          <w:bCs/>
          <w:sz w:val="22"/>
          <w:lang w:val="hu-HU"/>
        </w:rPr>
        <w:t>100%-</w:t>
      </w:r>
      <w:proofErr w:type="spellStart"/>
      <w:r w:rsidRPr="00731DC7">
        <w:rPr>
          <w:b/>
          <w:bCs/>
          <w:sz w:val="22"/>
          <w:lang w:val="hu-HU"/>
        </w:rPr>
        <w:t>ával</w:t>
      </w:r>
      <w:proofErr w:type="spellEnd"/>
      <w:r w:rsidRPr="00731DC7">
        <w:rPr>
          <w:b/>
          <w:bCs/>
          <w:sz w:val="22"/>
          <w:lang w:val="hu-HU"/>
        </w:rPr>
        <w:t xml:space="preserve"> megegyező lemondási díjat</w:t>
      </w:r>
      <w:r w:rsidRPr="00731DC7">
        <w:rPr>
          <w:sz w:val="22"/>
          <w:lang w:val="hu-HU"/>
        </w:rPr>
        <w:t xml:space="preserve"> számíthat fel.</w:t>
      </w:r>
    </w:p>
    <w:p w14:paraId="0FE8AF1A" w14:textId="3B3FE6ED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4.5.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lemondási díj alapja az adott időpontra érvényes, előre közölt foglalkozási díj.</w:t>
      </w:r>
    </w:p>
    <w:p w14:paraId="3CC32464" w14:textId="09ECDCFD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4.6.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A Szolgáltató a lemondási díjat nem alkalmazza, ha a lefoglalt időpontot a lemondást követően más kliens részére ténylegesen sikerül </w:t>
      </w:r>
      <w:proofErr w:type="spellStart"/>
      <w:r w:rsidRPr="00731DC7">
        <w:rPr>
          <w:sz w:val="22"/>
          <w:lang w:val="hu-HU"/>
        </w:rPr>
        <w:t>értékesítenie</w:t>
      </w:r>
      <w:proofErr w:type="spellEnd"/>
      <w:r w:rsidRPr="00731DC7">
        <w:rPr>
          <w:sz w:val="22"/>
          <w:lang w:val="hu-HU"/>
        </w:rPr>
        <w:t>.</w:t>
      </w:r>
    </w:p>
    <w:p w14:paraId="3A2F34BD" w14:textId="6CB1DEDD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4.7.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Szolgáltató a lemondási díj alkalmazása során figyelembe veheti az adott körülményeket, különösen a lemondás időpontját, a meg nem jelenés körülményeit, valamint azt, hogy az időpont újra értékesíthető volt-e.</w:t>
      </w:r>
    </w:p>
    <w:p w14:paraId="6B6F8064" w14:textId="3F5E2DA3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4.8.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lemondási díj nem számítható fel olyan esetben, amikor annak alkalmazását jogszabály kizárja, különösen akkor, ha a Megrendelő jogszabály alapján fennálló elállási vagy felmondási jogát jogszerűen gyakorolja.</w:t>
      </w:r>
    </w:p>
    <w:p w14:paraId="71DA8B19" w14:textId="77777777" w:rsidR="00683479" w:rsidRPr="00731DC7" w:rsidRDefault="00683479" w:rsidP="00731DC7">
      <w:pPr>
        <w:jc w:val="both"/>
        <w:rPr>
          <w:b/>
          <w:bCs/>
          <w:sz w:val="22"/>
          <w:lang w:val="hu-HU"/>
        </w:rPr>
      </w:pPr>
    </w:p>
    <w:p w14:paraId="4712C6EA" w14:textId="325B4108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5. Bérletes szolgáltatások különös szabályai</w:t>
      </w:r>
    </w:p>
    <w:p w14:paraId="7A0687FA" w14:textId="64D3109A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5.1.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bérlet meghatározott számú foglalkozás igénybevételére jogosít az adott bérlethez tartozó időszakban.</w:t>
      </w:r>
    </w:p>
    <w:p w14:paraId="54B547E4" w14:textId="3E259A97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lastRenderedPageBreak/>
        <w:t>5.2.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bérletes rendszerben a lefoglalt időpont a gyermek részére előre fenntartott foglalkozási időpontnak minősül. A Szolgáltató kapacitásának telítettsége miatt az elmaradt bérletes foglalkozások pótlására főszabály szerint nincs lehetőség.</w:t>
      </w:r>
    </w:p>
    <w:p w14:paraId="4AB19554" w14:textId="104A40FB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5.3.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Ha a bérletes foglalkozást a Megrendelő a foglalkozást megelőző nap </w:t>
      </w:r>
      <w:r w:rsidRPr="00731DC7">
        <w:rPr>
          <w:b/>
          <w:bCs/>
          <w:sz w:val="22"/>
          <w:lang w:val="hu-HU"/>
        </w:rPr>
        <w:t>20:00 óráig</w:t>
      </w:r>
      <w:r w:rsidRPr="00731DC7">
        <w:rPr>
          <w:sz w:val="22"/>
          <w:lang w:val="hu-HU"/>
        </w:rPr>
        <w:t xml:space="preserve"> lemondja, az adott foglalkozás az adott havi bérlet időszakán belül nem kerül pótlásra.</w:t>
      </w:r>
    </w:p>
    <w:p w14:paraId="792022DE" w14:textId="77777777" w:rsidR="00890778" w:rsidRPr="00890778" w:rsidRDefault="00890778" w:rsidP="00890778">
      <w:pPr>
        <w:jc w:val="both"/>
        <w:rPr>
          <w:b/>
          <w:bCs/>
          <w:sz w:val="22"/>
          <w:lang w:val="hu-HU"/>
        </w:rPr>
      </w:pPr>
      <w:r w:rsidRPr="00890778">
        <w:rPr>
          <w:b/>
          <w:bCs/>
          <w:sz w:val="22"/>
          <w:lang w:val="hu-HU"/>
        </w:rPr>
        <w:t xml:space="preserve">5.4. </w:t>
      </w:r>
      <w:r w:rsidRPr="00890778">
        <w:rPr>
          <w:sz w:val="22"/>
          <w:lang w:val="hu-HU"/>
        </w:rPr>
        <w:t>Ha a Megrendelő a bérletes foglalkozást a foglalkozást megelőző nap 20:00 óráig szabályosan lemondja, az adott foglalkozás az adott havi bérlet időszakán belül nem kerül pótlásra. A határidőben lemondott alkalomnak az adott bérlet alapján számított ellenértékét a Szolgáltató a következő havi bérlet díjából jóváírja, amennyiben a Megrendelő a következő hónapban új bérletet vásárol.</w:t>
      </w:r>
    </w:p>
    <w:p w14:paraId="60E68573" w14:textId="77777777" w:rsidR="00890778" w:rsidRPr="00890778" w:rsidRDefault="00890778" w:rsidP="00890778">
      <w:pPr>
        <w:jc w:val="both"/>
        <w:rPr>
          <w:b/>
          <w:bCs/>
          <w:sz w:val="22"/>
          <w:lang w:val="hu-HU"/>
        </w:rPr>
      </w:pPr>
      <w:r w:rsidRPr="00890778">
        <w:rPr>
          <w:b/>
          <w:bCs/>
          <w:sz w:val="22"/>
          <w:lang w:val="hu-HU"/>
        </w:rPr>
        <w:t xml:space="preserve">5.5. </w:t>
      </w:r>
      <w:r w:rsidRPr="00890778">
        <w:rPr>
          <w:sz w:val="22"/>
          <w:lang w:val="hu-HU"/>
        </w:rPr>
        <w:t>A jóváírás mértéke a határidőben lemondott és fel nem használt foglalkozásnak az adott bérlet alapján számított díja.</w:t>
      </w:r>
    </w:p>
    <w:p w14:paraId="069A6EB6" w14:textId="77777777" w:rsidR="00890778" w:rsidRPr="00890778" w:rsidRDefault="00890778" w:rsidP="00890778">
      <w:pPr>
        <w:jc w:val="both"/>
        <w:rPr>
          <w:b/>
          <w:bCs/>
          <w:sz w:val="22"/>
          <w:lang w:val="hu-HU"/>
        </w:rPr>
      </w:pPr>
      <w:r w:rsidRPr="00890778">
        <w:rPr>
          <w:b/>
          <w:bCs/>
          <w:sz w:val="22"/>
          <w:lang w:val="hu-HU"/>
        </w:rPr>
        <w:t xml:space="preserve">5.6. </w:t>
      </w:r>
      <w:r w:rsidRPr="00890778">
        <w:rPr>
          <w:sz w:val="22"/>
          <w:lang w:val="hu-HU"/>
        </w:rPr>
        <w:t>A jóváírás kizárólag a határidőben lemondott, de az adott hónapban fel nem használt bérletes alkalmakra vonatkozik.</w:t>
      </w:r>
    </w:p>
    <w:p w14:paraId="6D95FF1A" w14:textId="77777777" w:rsidR="00890778" w:rsidRPr="00890778" w:rsidRDefault="00890778" w:rsidP="00890778">
      <w:pPr>
        <w:jc w:val="both"/>
        <w:rPr>
          <w:b/>
          <w:bCs/>
          <w:sz w:val="22"/>
          <w:lang w:val="hu-HU"/>
        </w:rPr>
      </w:pPr>
      <w:r w:rsidRPr="00890778">
        <w:rPr>
          <w:b/>
          <w:bCs/>
          <w:sz w:val="22"/>
          <w:lang w:val="hu-HU"/>
        </w:rPr>
        <w:t xml:space="preserve">5.7. </w:t>
      </w:r>
      <w:r w:rsidRPr="00890778">
        <w:rPr>
          <w:sz w:val="22"/>
          <w:lang w:val="hu-HU"/>
        </w:rPr>
        <w:t>Amennyiben a Megrendelő a következő hónapban nem vásárol új bérletet, a korábban keletkezett jóváírás nem vész el. A Megrendelő kérheti, hogy a jóváírás összegét a Szolgáltató részére korábban megfizetett ellenérték részeként visszatérítse, amennyiben annak visszatérítését jogszabály vagy a felek közötti megállapodás nem zárja ki.</w:t>
      </w:r>
    </w:p>
    <w:p w14:paraId="2E68711F" w14:textId="77777777" w:rsidR="00890778" w:rsidRPr="00890778" w:rsidRDefault="00890778" w:rsidP="00890778">
      <w:pPr>
        <w:jc w:val="both"/>
        <w:rPr>
          <w:b/>
          <w:bCs/>
          <w:sz w:val="22"/>
          <w:lang w:val="hu-HU"/>
        </w:rPr>
      </w:pPr>
      <w:r w:rsidRPr="00890778">
        <w:rPr>
          <w:b/>
          <w:bCs/>
          <w:sz w:val="22"/>
          <w:lang w:val="hu-HU"/>
        </w:rPr>
        <w:t xml:space="preserve">5.8. </w:t>
      </w:r>
      <w:r w:rsidRPr="00890778">
        <w:rPr>
          <w:sz w:val="22"/>
          <w:lang w:val="hu-HU"/>
        </w:rPr>
        <w:t>Ha a Megrendelő a lefoglalt bérletes foglalkozást a foglalkozást megelőző nap 20:00 óráig nem mondja le, és a foglalkozáson nem jelenik meg, az meg nem jelenésnek minősül. Az adott alkalomra jutó bérletdíj ebben az esetben nem kerül jóváírásra és nem kerül levonásra a következő havi bérlet díjából.</w:t>
      </w:r>
    </w:p>
    <w:p w14:paraId="77C882A8" w14:textId="77777777" w:rsidR="00890778" w:rsidRPr="00890778" w:rsidRDefault="00890778" w:rsidP="00890778">
      <w:pPr>
        <w:jc w:val="both"/>
        <w:rPr>
          <w:b/>
          <w:bCs/>
          <w:sz w:val="22"/>
          <w:lang w:val="hu-HU"/>
        </w:rPr>
      </w:pPr>
      <w:r w:rsidRPr="00890778">
        <w:rPr>
          <w:b/>
          <w:bCs/>
          <w:sz w:val="22"/>
          <w:lang w:val="hu-HU"/>
        </w:rPr>
        <w:t xml:space="preserve">5.9. </w:t>
      </w:r>
      <w:r w:rsidRPr="00890778">
        <w:rPr>
          <w:sz w:val="22"/>
          <w:lang w:val="hu-HU"/>
        </w:rPr>
        <w:t>A meg nem jelenéssel érintett bérletes alkalom főszabály szerint nem pótolható és annak ellenértéke nem téríthető vissza, kivéve, ha jogszabály, az egyedi szolgáltatási szerződés vagy a Szolgáltató által egyedileg biztosított méltányosság ettől eltérő rendelkezést tesz lehetővé.</w:t>
      </w:r>
    </w:p>
    <w:p w14:paraId="72E204DD" w14:textId="302CD918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5.10.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bérlet érvényességi idejére, árára és felhasználásának egyéb feltételeire az aktuális díjtájékoztató és az ÁSZF rendelkezései irányadóak.</w:t>
      </w:r>
    </w:p>
    <w:p w14:paraId="152886AB" w14:textId="77777777" w:rsidR="00683479" w:rsidRPr="00731DC7" w:rsidRDefault="00683479" w:rsidP="00731DC7">
      <w:pPr>
        <w:jc w:val="both"/>
        <w:rPr>
          <w:b/>
          <w:bCs/>
          <w:sz w:val="22"/>
          <w:lang w:val="hu-HU"/>
        </w:rPr>
      </w:pPr>
    </w:p>
    <w:p w14:paraId="603091FB" w14:textId="13328BC3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6. Betegség és rendkívüli körülmények</w:t>
      </w:r>
    </w:p>
    <w:p w14:paraId="0F40B20C" w14:textId="47749483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6.1.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Szolgáltató kéri, hogy betegség, fertőző megbetegedés vagy más, a személyes jelenlétet akadályozó körülmény esetén a Megrendelő a foglalkozást a lehető leghamarabb mondja le.</w:t>
      </w:r>
    </w:p>
    <w:p w14:paraId="2155AA5B" w14:textId="319F3E93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6.2.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 xml:space="preserve">A késedelmes lemondás vagy meg nem jelenés esetén a Szolgáltató különösen indokolt betegség, fertőző állapot vagy rendkívüli családi körülmény esetén </w:t>
      </w:r>
      <w:proofErr w:type="spellStart"/>
      <w:r w:rsidRPr="00731DC7">
        <w:rPr>
          <w:sz w:val="22"/>
          <w:lang w:val="hu-HU"/>
        </w:rPr>
        <w:t>méltányosságból</w:t>
      </w:r>
      <w:proofErr w:type="spellEnd"/>
      <w:r w:rsidRPr="00731DC7">
        <w:rPr>
          <w:sz w:val="22"/>
          <w:lang w:val="hu-HU"/>
        </w:rPr>
        <w:t xml:space="preserve"> dönthet az adott alkalom pótlásáról, illetve – bérletes szolgáltatás esetén – a következő havi bérlet díjában történő jóváírásról.</w:t>
      </w:r>
    </w:p>
    <w:p w14:paraId="20AD89BE" w14:textId="3325D380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6.3.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6.2. pont szerinti méltányosság nem jelent automatikus jogot a lemondási díj elengedésére vagy az alkalom jóváírására. A Szolgáltató az egyedi körülményeket mérlegeli.</w:t>
      </w:r>
    </w:p>
    <w:p w14:paraId="1313CC66" w14:textId="7DD30D9F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lastRenderedPageBreak/>
        <w:t>6.4.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Szolgáltató a méltányossági eljárás során nem kérhet a gyermek vagy család egészségi állapotára vonatkozó adatból a szükségesnél több információt.</w:t>
      </w:r>
    </w:p>
    <w:p w14:paraId="335899DB" w14:textId="77777777" w:rsidR="00683479" w:rsidRPr="00731DC7" w:rsidRDefault="00683479" w:rsidP="00731DC7">
      <w:pPr>
        <w:jc w:val="both"/>
        <w:rPr>
          <w:b/>
          <w:bCs/>
          <w:sz w:val="22"/>
          <w:lang w:val="hu-HU"/>
        </w:rPr>
      </w:pPr>
    </w:p>
    <w:p w14:paraId="69D4D451" w14:textId="2B03296A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7. A Szolgáltató által lemondott vagy elmaradt foglalkozás</w:t>
      </w:r>
    </w:p>
    <w:p w14:paraId="0DD5D9B0" w14:textId="4D66B675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7.1.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Amennyiben a foglalkozást a Szolgáltató mondja le, vagy a foglalkozás a Szolgáltató érdekkörében felmerült okból nem tartható meg, a Szolgáltató a Megrendelővel egyeztetve törekszik pótló időpontot biztosítani.</w:t>
      </w:r>
    </w:p>
    <w:p w14:paraId="6BBE2AD9" w14:textId="5EE4A18F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7.2.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Amennyiben a pótlás nem lehetséges, és a szolgáltatás ellenértékét a Megrendelő már megfizette, a nem teljesített szolgáltatás ellenértékét a Szolgáltató visszatéríti, illetve bérletes szolgáltatás esetén az érintett alkalomnak megfelelő összeggel a bérlet elszámolását rendezi.</w:t>
      </w:r>
    </w:p>
    <w:p w14:paraId="0D5090EB" w14:textId="335A9914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7.3.</w:t>
      </w:r>
      <w:r w:rsidR="00683479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Szolgáltató által lemondott foglalkozás esetén a Megrendelőt lemondási díj nem terheli.</w:t>
      </w:r>
    </w:p>
    <w:p w14:paraId="3CFA5F58" w14:textId="77777777" w:rsidR="00683479" w:rsidRPr="00731DC7" w:rsidRDefault="00683479" w:rsidP="00731DC7">
      <w:pPr>
        <w:jc w:val="both"/>
        <w:rPr>
          <w:b/>
          <w:bCs/>
          <w:sz w:val="22"/>
          <w:lang w:val="hu-HU"/>
        </w:rPr>
      </w:pPr>
    </w:p>
    <w:p w14:paraId="79D9465C" w14:textId="49F7A825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8. A szolgáltatás megszűnése és a hosszabb távollét</w:t>
      </w:r>
    </w:p>
    <w:p w14:paraId="39D99F72" w14:textId="2906C943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8.1.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Az, hogy a gyermek egy vagy több lefoglalt foglalkozáson nem jelenik meg, önmagában nem jelenti a szolgáltatási jogviszony automatikus megszűnését.</w:t>
      </w:r>
    </w:p>
    <w:p w14:paraId="1B473518" w14:textId="21E93F1F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8.2.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szolgáltatási jogviszony megszüntetésére az ÁSZF-ben, az egyedi szolgáltatási szerződésben és a vonatkozó jogszabályokban meghatározott módon kerülhet sor.</w:t>
      </w:r>
    </w:p>
    <w:p w14:paraId="63D00325" w14:textId="384B5340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8.3.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bérlet meg nem újítása önmagában nem minősül az egyedi szolgáltatási szerződés megszüntetésének, ha a felek között folyamatos szolgáltatási jogviszony áll fenn; ilyen esetben a megszüntetésre az ÁSZF és az egyedi szerződés rendelkezései irányadóak.</w:t>
      </w:r>
    </w:p>
    <w:p w14:paraId="72BF6DB0" w14:textId="77777777" w:rsidR="00731DC7" w:rsidRPr="00731DC7" w:rsidRDefault="00731DC7" w:rsidP="00731DC7">
      <w:pPr>
        <w:jc w:val="both"/>
        <w:rPr>
          <w:b/>
          <w:bCs/>
          <w:sz w:val="22"/>
          <w:lang w:val="hu-HU"/>
        </w:rPr>
      </w:pPr>
    </w:p>
    <w:p w14:paraId="5ACED67F" w14:textId="5458EE6B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9. A lemondási szabályok és a jogszabályi jogok kapcsolata</w:t>
      </w:r>
    </w:p>
    <w:p w14:paraId="5EFAE42D" w14:textId="69755862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9.1.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jelen Szabályzatban meghatározott lemondási díjak a lefoglalt időpont fenntartásával és a Szolgáltató kapacitásának lekötésével összefüggő szerződéses rendelkezések.</w:t>
      </w:r>
    </w:p>
    <w:p w14:paraId="44FBE920" w14:textId="0845F697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9.2.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lemondási díj alkalmazása nem érinti és nem korlátozza a Megrendelőt jogszabály alapján megillető elállási, felmondási, kellékszavatossági, visszatérítési vagy egyéb fogyasztói jogokat.</w:t>
      </w:r>
    </w:p>
    <w:p w14:paraId="09421B03" w14:textId="7FD88557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9.3.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Amennyiben valamely jogszabály kötelező rendelkezése a jelen Szabályzatban foglaltaktól eltérő szabályt állapít meg, a kötelező jogszabályi rendelkezés alkalmazandó.</w:t>
      </w:r>
    </w:p>
    <w:p w14:paraId="3E08B6F6" w14:textId="77777777" w:rsidR="00731DC7" w:rsidRPr="00731DC7" w:rsidRDefault="00731DC7" w:rsidP="00731DC7">
      <w:pPr>
        <w:jc w:val="both"/>
        <w:rPr>
          <w:b/>
          <w:bCs/>
          <w:sz w:val="22"/>
          <w:lang w:val="hu-HU"/>
        </w:rPr>
      </w:pPr>
    </w:p>
    <w:p w14:paraId="1A8BCB8A" w14:textId="440CE70D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10. Záró rendelkezések</w:t>
      </w:r>
    </w:p>
    <w:p w14:paraId="6F14B245" w14:textId="4C49402E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10.1.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jelen Óralemondási Szabályzat 2026. szeptember 6. napján lép hatályba, és a 2026. május 1-jén hatályba lépett Óralemondási Szabályzat helyébe lép.</w:t>
      </w:r>
    </w:p>
    <w:p w14:paraId="32657EA5" w14:textId="12F6CA84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lastRenderedPageBreak/>
        <w:t>10.2.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jelen Szabályzat az ÁSZF-fel, a Házirenddel és az egyedi szolgáltatási szerződéssel együtt alkalmazandó.</w:t>
      </w:r>
    </w:p>
    <w:p w14:paraId="0DF73838" w14:textId="408A20BD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10.3.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Szabályzatban nem rendezett kérdésekben az ÁSZF, az egyedi szolgáltatási szerződés, valamint a mindenkor hatályos magyar és európai uniós jogszabályok rendelkezései irányadóak.</w:t>
      </w:r>
    </w:p>
    <w:p w14:paraId="572B5787" w14:textId="6B4650CF" w:rsidR="007F020D" w:rsidRPr="00731DC7" w:rsidRDefault="007F020D" w:rsidP="00731DC7">
      <w:pPr>
        <w:jc w:val="both"/>
        <w:rPr>
          <w:b/>
          <w:bCs/>
          <w:sz w:val="22"/>
          <w:lang w:val="hu-HU"/>
        </w:rPr>
      </w:pPr>
      <w:r w:rsidRPr="00731DC7">
        <w:rPr>
          <w:b/>
          <w:bCs/>
          <w:sz w:val="22"/>
          <w:lang w:val="hu-HU"/>
        </w:rPr>
        <w:t>10.4.</w:t>
      </w:r>
      <w:r w:rsidR="00731DC7" w:rsidRPr="00731DC7">
        <w:rPr>
          <w:b/>
          <w:bCs/>
          <w:sz w:val="22"/>
          <w:lang w:val="hu-HU"/>
        </w:rPr>
        <w:t xml:space="preserve"> </w:t>
      </w:r>
      <w:r w:rsidRPr="00731DC7">
        <w:rPr>
          <w:sz w:val="22"/>
          <w:lang w:val="hu-HU"/>
        </w:rPr>
        <w:t>A Szabályzat a Szolgáltató székhelyén, a szolgáltatás helyszínén, illetve a Szolgáltató által meghatározott elektronikus felületen az érintettek számára hozzáférhető.</w:t>
      </w:r>
    </w:p>
    <w:p w14:paraId="100C8530" w14:textId="77777777" w:rsidR="00731DC7" w:rsidRPr="00731DC7" w:rsidRDefault="00731DC7" w:rsidP="00731DC7">
      <w:pPr>
        <w:jc w:val="both"/>
        <w:rPr>
          <w:b/>
          <w:bCs/>
          <w:sz w:val="22"/>
          <w:lang w:val="hu-HU"/>
        </w:rPr>
      </w:pPr>
    </w:p>
    <w:p w14:paraId="78F67BCA" w14:textId="77777777" w:rsidR="00731DC7" w:rsidRPr="00731DC7" w:rsidRDefault="00731DC7" w:rsidP="00731DC7">
      <w:pPr>
        <w:jc w:val="both"/>
        <w:rPr>
          <w:b/>
          <w:bCs/>
          <w:sz w:val="22"/>
          <w:lang w:val="hu-HU"/>
        </w:rPr>
      </w:pPr>
    </w:p>
    <w:p w14:paraId="3B2AA338" w14:textId="4B5E3A7C" w:rsidR="007F020D" w:rsidRPr="00731DC7" w:rsidRDefault="007F020D" w:rsidP="00731DC7">
      <w:pPr>
        <w:rPr>
          <w:sz w:val="22"/>
          <w:lang w:val="hu-HU"/>
        </w:rPr>
      </w:pPr>
      <w:r w:rsidRPr="00731DC7">
        <w:rPr>
          <w:b/>
          <w:bCs/>
          <w:sz w:val="22"/>
          <w:lang w:val="hu-HU"/>
        </w:rPr>
        <w:t>Veszprém, 2026. szeptember 6.</w:t>
      </w:r>
    </w:p>
    <w:p w14:paraId="6DC46CA3" w14:textId="77777777" w:rsidR="007F020D" w:rsidRPr="00731DC7" w:rsidRDefault="007F020D" w:rsidP="00731DC7">
      <w:pPr>
        <w:rPr>
          <w:sz w:val="22"/>
          <w:lang w:val="hu-HU"/>
        </w:rPr>
      </w:pPr>
      <w:r w:rsidRPr="00731DC7">
        <w:rPr>
          <w:b/>
          <w:bCs/>
          <w:sz w:val="22"/>
          <w:lang w:val="hu-HU"/>
        </w:rPr>
        <w:t>Mészáros Bence Marcell</w:t>
      </w:r>
      <w:r w:rsidRPr="00731DC7">
        <w:rPr>
          <w:sz w:val="22"/>
          <w:lang w:val="hu-HU"/>
        </w:rPr>
        <w:br/>
      </w:r>
      <w:r w:rsidRPr="00731DC7">
        <w:rPr>
          <w:b/>
          <w:bCs/>
          <w:sz w:val="22"/>
          <w:lang w:val="hu-HU"/>
        </w:rPr>
        <w:t>egyéni vállalkozó</w:t>
      </w:r>
    </w:p>
    <w:p w14:paraId="3C3280B8" w14:textId="22EE440B" w:rsidR="00F93471" w:rsidRPr="00731DC7" w:rsidRDefault="00F93471" w:rsidP="00731DC7">
      <w:pPr>
        <w:jc w:val="both"/>
        <w:rPr>
          <w:sz w:val="22"/>
        </w:rPr>
      </w:pPr>
    </w:p>
    <w:sectPr w:rsidR="00F93471" w:rsidRPr="00731DC7" w:rsidSect="00034616">
      <w:pgSz w:w="12240" w:h="15840"/>
      <w:pgMar w:top="1080" w:right="1200" w:bottom="1080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75774413">
    <w:abstractNumId w:val="8"/>
  </w:num>
  <w:num w:numId="2" w16cid:durableId="1376661307">
    <w:abstractNumId w:val="6"/>
  </w:num>
  <w:num w:numId="3" w16cid:durableId="1336419241">
    <w:abstractNumId w:val="5"/>
  </w:num>
  <w:num w:numId="4" w16cid:durableId="474220079">
    <w:abstractNumId w:val="4"/>
  </w:num>
  <w:num w:numId="5" w16cid:durableId="312419025">
    <w:abstractNumId w:val="7"/>
  </w:num>
  <w:num w:numId="6" w16cid:durableId="357856522">
    <w:abstractNumId w:val="3"/>
  </w:num>
  <w:num w:numId="7" w16cid:durableId="1087113063">
    <w:abstractNumId w:val="2"/>
  </w:num>
  <w:num w:numId="8" w16cid:durableId="1912346017">
    <w:abstractNumId w:val="1"/>
  </w:num>
  <w:num w:numId="9" w16cid:durableId="460732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824A5"/>
    <w:rsid w:val="00480A03"/>
    <w:rsid w:val="00683479"/>
    <w:rsid w:val="00731DC7"/>
    <w:rsid w:val="007F020D"/>
    <w:rsid w:val="00890778"/>
    <w:rsid w:val="009C232A"/>
    <w:rsid w:val="00AA1D8D"/>
    <w:rsid w:val="00B47730"/>
    <w:rsid w:val="00CB0664"/>
    <w:rsid w:val="00D87B0E"/>
    <w:rsid w:val="00F9347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B71608A-DCE5-41F6-8B36-4E883175D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Aptos" w:eastAsia="Aptos" w:hAnsi="Aptos"/>
      <w:sz w:val="21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hivatkozs">
    <w:name w:val="Hyperlink"/>
    <w:basedOn w:val="Bekezdsalapbettpusa"/>
    <w:uiPriority w:val="99"/>
    <w:unhideWhenUsed/>
    <w:rsid w:val="007F020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F02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beszedutcza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1180</Words>
  <Characters>8142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Bence Mészáros</cp:lastModifiedBy>
  <cp:revision>6</cp:revision>
  <dcterms:created xsi:type="dcterms:W3CDTF">2013-12-23T23:15:00Z</dcterms:created>
  <dcterms:modified xsi:type="dcterms:W3CDTF">2026-09-06T10:22:00Z</dcterms:modified>
  <cp:category/>
</cp:coreProperties>
</file>